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0DCDB" w14:textId="77777777" w:rsidR="001B2842" w:rsidRDefault="00000000">
      <w:pPr>
        <w:pStyle w:val="Title"/>
        <w:jc w:val="center"/>
      </w:pPr>
      <w:r>
        <w:t>Dynamic Warmup</w:t>
      </w:r>
    </w:p>
    <w:p w14:paraId="27DB9863" w14:textId="32436863" w:rsidR="001B2842" w:rsidRDefault="00B122D1" w:rsidP="00B122D1">
      <w:pPr>
        <w:jc w:val="center"/>
      </w:pPr>
      <w:r>
        <w:rPr>
          <w:noProof/>
        </w:rPr>
        <w:drawing>
          <wp:inline distT="0" distB="0" distL="0" distR="0" wp14:anchorId="7368861C" wp14:editId="0BEDC375">
            <wp:extent cx="2047875" cy="833755"/>
            <wp:effectExtent l="0" t="0" r="9525" b="4445"/>
            <wp:docPr id="994551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51914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7"/>
        <w:gridCol w:w="1725"/>
        <w:gridCol w:w="1727"/>
        <w:gridCol w:w="2556"/>
      </w:tblGrid>
      <w:tr w:rsidR="001B2D06" w14:paraId="21850B75" w14:textId="77777777" w:rsidTr="001B2D06">
        <w:trPr>
          <w:jc w:val="center"/>
        </w:trPr>
        <w:tc>
          <w:tcPr>
            <w:tcW w:w="1727" w:type="dxa"/>
            <w:shd w:val="clear" w:color="auto" w:fill="D9D9D9"/>
          </w:tcPr>
          <w:p w14:paraId="2E71DF43" w14:textId="77777777" w:rsidR="001B2D06" w:rsidRDefault="001B2D06">
            <w:pPr>
              <w:jc w:val="center"/>
            </w:pPr>
            <w:r>
              <w:rPr>
                <w:b/>
                <w:color w:val="000000"/>
              </w:rPr>
              <w:t>Exercise</w:t>
            </w:r>
          </w:p>
        </w:tc>
        <w:tc>
          <w:tcPr>
            <w:tcW w:w="1725" w:type="dxa"/>
            <w:shd w:val="clear" w:color="auto" w:fill="D9D9D9"/>
          </w:tcPr>
          <w:p w14:paraId="618EEA40" w14:textId="77777777" w:rsidR="001B2D06" w:rsidRDefault="001B2D06">
            <w:pPr>
              <w:jc w:val="center"/>
            </w:pPr>
            <w:r>
              <w:rPr>
                <w:b/>
                <w:color w:val="000000"/>
              </w:rPr>
              <w:t>Weight</w:t>
            </w:r>
          </w:p>
        </w:tc>
        <w:tc>
          <w:tcPr>
            <w:tcW w:w="1727" w:type="dxa"/>
            <w:shd w:val="clear" w:color="auto" w:fill="D9D9D9"/>
          </w:tcPr>
          <w:p w14:paraId="42BD7C15" w14:textId="77777777" w:rsidR="001B2D06" w:rsidRDefault="001B2D06">
            <w:pPr>
              <w:jc w:val="center"/>
            </w:pPr>
            <w:r>
              <w:rPr>
                <w:b/>
                <w:color w:val="000000"/>
              </w:rPr>
              <w:t>Reps/Time</w:t>
            </w:r>
          </w:p>
        </w:tc>
        <w:tc>
          <w:tcPr>
            <w:tcW w:w="2556" w:type="dxa"/>
            <w:shd w:val="clear" w:color="auto" w:fill="D9D9D9"/>
          </w:tcPr>
          <w:p w14:paraId="1CB687D1" w14:textId="77777777" w:rsidR="001B2D06" w:rsidRDefault="001B2D06">
            <w:pPr>
              <w:jc w:val="center"/>
            </w:pPr>
            <w:r>
              <w:rPr>
                <w:b/>
                <w:color w:val="000000"/>
              </w:rPr>
              <w:t>Coaching Notes</w:t>
            </w:r>
          </w:p>
        </w:tc>
      </w:tr>
      <w:tr w:rsidR="001B2D06" w14:paraId="6D51A7FA" w14:textId="77777777" w:rsidTr="001B2D06">
        <w:trPr>
          <w:jc w:val="center"/>
        </w:trPr>
        <w:tc>
          <w:tcPr>
            <w:tcW w:w="1727" w:type="dxa"/>
            <w:shd w:val="clear" w:color="auto" w:fill="C6D9F1" w:themeFill="text2" w:themeFillTint="33"/>
          </w:tcPr>
          <w:p w14:paraId="081559A1" w14:textId="77777777" w:rsidR="001B2D06" w:rsidRDefault="001B2D06">
            <w:r>
              <w:t>Butt Kicks</w:t>
            </w:r>
          </w:p>
        </w:tc>
        <w:tc>
          <w:tcPr>
            <w:tcW w:w="1725" w:type="dxa"/>
            <w:shd w:val="clear" w:color="auto" w:fill="C6D9F1" w:themeFill="text2" w:themeFillTint="33"/>
          </w:tcPr>
          <w:p w14:paraId="361C2BF6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C6D9F1" w:themeFill="text2" w:themeFillTint="33"/>
          </w:tcPr>
          <w:p w14:paraId="71CF583A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C6D9F1" w:themeFill="text2" w:themeFillTint="33"/>
          </w:tcPr>
          <w:p w14:paraId="403C889C" w14:textId="77777777" w:rsidR="001B2D06" w:rsidRDefault="001B2D06">
            <w:r>
              <w:t>Jog forward while kicking heels up to glutes. Stay tall and land softly.</w:t>
            </w:r>
          </w:p>
        </w:tc>
      </w:tr>
      <w:tr w:rsidR="001B2D06" w14:paraId="21BD49E3" w14:textId="77777777" w:rsidTr="001B2D06">
        <w:trPr>
          <w:jc w:val="center"/>
        </w:trPr>
        <w:tc>
          <w:tcPr>
            <w:tcW w:w="1727" w:type="dxa"/>
            <w:shd w:val="clear" w:color="auto" w:fill="DBE5F1" w:themeFill="accent1" w:themeFillTint="33"/>
          </w:tcPr>
          <w:p w14:paraId="70A623D1" w14:textId="77777777" w:rsidR="001B2D06" w:rsidRDefault="001B2D06">
            <w:r>
              <w:t>Carioca</w:t>
            </w:r>
          </w:p>
        </w:tc>
        <w:tc>
          <w:tcPr>
            <w:tcW w:w="1725" w:type="dxa"/>
            <w:shd w:val="clear" w:color="auto" w:fill="DBE5F1" w:themeFill="accent1" w:themeFillTint="33"/>
          </w:tcPr>
          <w:p w14:paraId="30B90ED3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DBE5F1" w:themeFill="accent1" w:themeFillTint="33"/>
          </w:tcPr>
          <w:p w14:paraId="467A7EE8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DBE5F1" w:themeFill="accent1" w:themeFillTint="33"/>
          </w:tcPr>
          <w:p w14:paraId="540D6A8B" w14:textId="77777777" w:rsidR="001B2D06" w:rsidRDefault="001B2D06">
            <w:r>
              <w:t>Cross one leg in front and then behind the other as you move laterally. Rotate hips fluidly.</w:t>
            </w:r>
          </w:p>
        </w:tc>
      </w:tr>
      <w:tr w:rsidR="001B2D06" w14:paraId="4C7D35B8" w14:textId="77777777" w:rsidTr="001B2D06">
        <w:trPr>
          <w:jc w:val="center"/>
        </w:trPr>
        <w:tc>
          <w:tcPr>
            <w:tcW w:w="1727" w:type="dxa"/>
            <w:shd w:val="clear" w:color="auto" w:fill="C6D9F1" w:themeFill="text2" w:themeFillTint="33"/>
          </w:tcPr>
          <w:p w14:paraId="75C858D0" w14:textId="77777777" w:rsidR="001B2D06" w:rsidRDefault="001B2D06">
            <w:r>
              <w:t>Walking Knee Hugs</w:t>
            </w:r>
          </w:p>
        </w:tc>
        <w:tc>
          <w:tcPr>
            <w:tcW w:w="1725" w:type="dxa"/>
            <w:shd w:val="clear" w:color="auto" w:fill="C6D9F1" w:themeFill="text2" w:themeFillTint="33"/>
          </w:tcPr>
          <w:p w14:paraId="22040B1E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C6D9F1" w:themeFill="text2" w:themeFillTint="33"/>
          </w:tcPr>
          <w:p w14:paraId="102B3294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C6D9F1" w:themeFill="text2" w:themeFillTint="33"/>
          </w:tcPr>
          <w:p w14:paraId="0638CF81" w14:textId="77777777" w:rsidR="001B2D06" w:rsidRDefault="001B2D06">
            <w:r>
              <w:t>Lift one knee to your chest while stepping forward. Pause for balance on each step.</w:t>
            </w:r>
          </w:p>
        </w:tc>
      </w:tr>
      <w:tr w:rsidR="001B2D06" w14:paraId="076E50DD" w14:textId="77777777" w:rsidTr="001B2D06">
        <w:trPr>
          <w:jc w:val="center"/>
        </w:trPr>
        <w:tc>
          <w:tcPr>
            <w:tcW w:w="1727" w:type="dxa"/>
            <w:shd w:val="clear" w:color="auto" w:fill="DBE5F1" w:themeFill="accent1" w:themeFillTint="33"/>
          </w:tcPr>
          <w:p w14:paraId="7A82B3F9" w14:textId="77777777" w:rsidR="001B2D06" w:rsidRDefault="001B2D06">
            <w:r>
              <w:t>Walking quad stretch</w:t>
            </w:r>
          </w:p>
        </w:tc>
        <w:tc>
          <w:tcPr>
            <w:tcW w:w="1725" w:type="dxa"/>
            <w:shd w:val="clear" w:color="auto" w:fill="DBE5F1" w:themeFill="accent1" w:themeFillTint="33"/>
          </w:tcPr>
          <w:p w14:paraId="033F5963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DBE5F1" w:themeFill="accent1" w:themeFillTint="33"/>
          </w:tcPr>
          <w:p w14:paraId="3054DD3E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DBE5F1" w:themeFill="accent1" w:themeFillTint="33"/>
          </w:tcPr>
          <w:p w14:paraId="3799195A" w14:textId="77777777" w:rsidR="001B2D06" w:rsidRDefault="001B2D06">
            <w:r>
              <w:t>Step forward and pull heel toward glute. Engage glutes for a deeper quad stretch.</w:t>
            </w:r>
          </w:p>
        </w:tc>
      </w:tr>
      <w:tr w:rsidR="001B2D06" w14:paraId="7E4CA1C9" w14:textId="77777777" w:rsidTr="001B2D06">
        <w:trPr>
          <w:jc w:val="center"/>
        </w:trPr>
        <w:tc>
          <w:tcPr>
            <w:tcW w:w="1727" w:type="dxa"/>
            <w:shd w:val="clear" w:color="auto" w:fill="C6D9F1" w:themeFill="text2" w:themeFillTint="33"/>
          </w:tcPr>
          <w:p w14:paraId="2E20E67C" w14:textId="77777777" w:rsidR="001B2D06" w:rsidRDefault="001B2D06">
            <w:r>
              <w:t>Walking leg cradles</w:t>
            </w:r>
          </w:p>
        </w:tc>
        <w:tc>
          <w:tcPr>
            <w:tcW w:w="1725" w:type="dxa"/>
            <w:shd w:val="clear" w:color="auto" w:fill="C6D9F1" w:themeFill="text2" w:themeFillTint="33"/>
          </w:tcPr>
          <w:p w14:paraId="3F36DF5D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C6D9F1" w:themeFill="text2" w:themeFillTint="33"/>
          </w:tcPr>
          <w:p w14:paraId="3723D518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C6D9F1" w:themeFill="text2" w:themeFillTint="33"/>
          </w:tcPr>
          <w:p w14:paraId="07771426" w14:textId="77777777" w:rsidR="001B2D06" w:rsidRDefault="001B2D06">
            <w:r>
              <w:t>Cradle your shin and pull it toward your chest to stretch the outer hip.</w:t>
            </w:r>
          </w:p>
        </w:tc>
      </w:tr>
      <w:tr w:rsidR="001B2D06" w14:paraId="1668AF92" w14:textId="77777777" w:rsidTr="001B2D06">
        <w:trPr>
          <w:jc w:val="center"/>
        </w:trPr>
        <w:tc>
          <w:tcPr>
            <w:tcW w:w="1727" w:type="dxa"/>
            <w:shd w:val="clear" w:color="auto" w:fill="DBE5F1" w:themeFill="accent1" w:themeFillTint="33"/>
          </w:tcPr>
          <w:p w14:paraId="5CE78DC2" w14:textId="77777777" w:rsidR="001B2D06" w:rsidRDefault="001B2D06">
            <w:r>
              <w:t>Straight Leg march</w:t>
            </w:r>
          </w:p>
        </w:tc>
        <w:tc>
          <w:tcPr>
            <w:tcW w:w="1725" w:type="dxa"/>
            <w:shd w:val="clear" w:color="auto" w:fill="DBE5F1" w:themeFill="accent1" w:themeFillTint="33"/>
          </w:tcPr>
          <w:p w14:paraId="3A36417D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DBE5F1" w:themeFill="accent1" w:themeFillTint="33"/>
          </w:tcPr>
          <w:p w14:paraId="4E7B3578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DBE5F1" w:themeFill="accent1" w:themeFillTint="33"/>
          </w:tcPr>
          <w:p w14:paraId="2C3C0A6D" w14:textId="77777777" w:rsidR="001B2D06" w:rsidRDefault="001B2D06">
            <w:r>
              <w:t>Kick your leg straight out and up to opposite hand. Maintain posture and straight legs.</w:t>
            </w:r>
          </w:p>
        </w:tc>
      </w:tr>
      <w:tr w:rsidR="001B2D06" w14:paraId="44C7365E" w14:textId="77777777" w:rsidTr="001B2D06">
        <w:trPr>
          <w:jc w:val="center"/>
        </w:trPr>
        <w:tc>
          <w:tcPr>
            <w:tcW w:w="1727" w:type="dxa"/>
            <w:shd w:val="clear" w:color="auto" w:fill="C6D9F1" w:themeFill="text2" w:themeFillTint="33"/>
          </w:tcPr>
          <w:p w14:paraId="492441D0" w14:textId="77777777" w:rsidR="001B2D06" w:rsidRDefault="001B2D06">
            <w:r>
              <w:t>Inverted Toe touch</w:t>
            </w:r>
          </w:p>
        </w:tc>
        <w:tc>
          <w:tcPr>
            <w:tcW w:w="1725" w:type="dxa"/>
            <w:shd w:val="clear" w:color="auto" w:fill="C6D9F1" w:themeFill="text2" w:themeFillTint="33"/>
          </w:tcPr>
          <w:p w14:paraId="0EFDB73C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C6D9F1" w:themeFill="text2" w:themeFillTint="33"/>
          </w:tcPr>
          <w:p w14:paraId="366B3723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C6D9F1" w:themeFill="text2" w:themeFillTint="33"/>
          </w:tcPr>
          <w:p w14:paraId="0BC5F7FC" w14:textId="66D81953" w:rsidR="001B2D06" w:rsidRDefault="001B2D06">
            <w:r>
              <w:t>Stand on one leg, hinge at hips to reach to ground. Maintain balance and form.</w:t>
            </w:r>
          </w:p>
        </w:tc>
      </w:tr>
      <w:tr w:rsidR="001B2D06" w14:paraId="63BD53CA" w14:textId="77777777" w:rsidTr="001B2D06">
        <w:trPr>
          <w:jc w:val="center"/>
        </w:trPr>
        <w:tc>
          <w:tcPr>
            <w:tcW w:w="1727" w:type="dxa"/>
            <w:shd w:val="clear" w:color="auto" w:fill="DBE5F1" w:themeFill="accent1" w:themeFillTint="33"/>
          </w:tcPr>
          <w:p w14:paraId="297D9A5A" w14:textId="77777777" w:rsidR="001B2D06" w:rsidRDefault="001B2D06">
            <w:r>
              <w:t>Side squat and reverse pivot</w:t>
            </w:r>
          </w:p>
        </w:tc>
        <w:tc>
          <w:tcPr>
            <w:tcW w:w="1725" w:type="dxa"/>
            <w:shd w:val="clear" w:color="auto" w:fill="DBE5F1" w:themeFill="accent1" w:themeFillTint="33"/>
          </w:tcPr>
          <w:p w14:paraId="52973F3E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DBE5F1" w:themeFill="accent1" w:themeFillTint="33"/>
          </w:tcPr>
          <w:p w14:paraId="0F62117B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DBE5F1" w:themeFill="accent1" w:themeFillTint="33"/>
          </w:tcPr>
          <w:p w14:paraId="3FC0D522" w14:textId="232CCB60" w:rsidR="001B2D06" w:rsidRDefault="001B2D06">
            <w:r>
              <w:t>Step into side squat, two reps then reverse pivot into another side squat 2 reps, repeat</w:t>
            </w:r>
          </w:p>
        </w:tc>
      </w:tr>
      <w:tr w:rsidR="001B2D06" w14:paraId="5D4F4978" w14:textId="77777777" w:rsidTr="001B2D06">
        <w:trPr>
          <w:jc w:val="center"/>
        </w:trPr>
        <w:tc>
          <w:tcPr>
            <w:tcW w:w="1727" w:type="dxa"/>
            <w:shd w:val="clear" w:color="auto" w:fill="C6D9F1" w:themeFill="text2" w:themeFillTint="33"/>
          </w:tcPr>
          <w:p w14:paraId="71444F6F" w14:textId="404754A4" w:rsidR="001B2D06" w:rsidRDefault="001B2D06">
            <w:r>
              <w:t xml:space="preserve">Inchworm </w:t>
            </w:r>
          </w:p>
        </w:tc>
        <w:tc>
          <w:tcPr>
            <w:tcW w:w="1725" w:type="dxa"/>
            <w:shd w:val="clear" w:color="auto" w:fill="C6D9F1" w:themeFill="text2" w:themeFillTint="33"/>
          </w:tcPr>
          <w:p w14:paraId="64A85A78" w14:textId="77777777" w:rsidR="001B2D06" w:rsidRDefault="001B2D06">
            <w:r>
              <w:t>BW</w:t>
            </w:r>
          </w:p>
        </w:tc>
        <w:tc>
          <w:tcPr>
            <w:tcW w:w="1727" w:type="dxa"/>
            <w:shd w:val="clear" w:color="auto" w:fill="C6D9F1" w:themeFill="text2" w:themeFillTint="33"/>
          </w:tcPr>
          <w:p w14:paraId="29A3A542" w14:textId="77777777" w:rsidR="001B2D06" w:rsidRDefault="001B2D06">
            <w:r>
              <w:t>10 yd or 10 reps</w:t>
            </w:r>
          </w:p>
        </w:tc>
        <w:tc>
          <w:tcPr>
            <w:tcW w:w="2556" w:type="dxa"/>
            <w:shd w:val="clear" w:color="auto" w:fill="C6D9F1" w:themeFill="text2" w:themeFillTint="33"/>
          </w:tcPr>
          <w:p w14:paraId="6A807682" w14:textId="49D660AB" w:rsidR="001B2D06" w:rsidRDefault="001B2D06">
            <w:r>
              <w:t>Walk hands out to plank, lower hips to stretch, then walk feet toward hands keeping legs straight. Repeat.</w:t>
            </w:r>
          </w:p>
        </w:tc>
      </w:tr>
    </w:tbl>
    <w:p w14:paraId="4D8EF399" w14:textId="404E4AD4" w:rsidR="00B122D1" w:rsidRDefault="00000000" w:rsidP="00B122D1">
      <w:pPr>
        <w:rPr>
          <w:rFonts w:ascii="Calibri" w:eastAsia="Times New Roman" w:hAnsi="Calibri" w:cs="Calibri"/>
          <w:color w:val="000000"/>
        </w:rPr>
      </w:pPr>
      <w:r>
        <w:lastRenderedPageBreak/>
        <w:br/>
      </w:r>
      <w:r w:rsidRPr="00B122D1">
        <w:t>This dynamic warmup is designed to elevate body temperature, activate key movement patterns, and prime the nervous system for explosive performance</w:t>
      </w:r>
      <w:r>
        <w:rPr>
          <w:sz w:val="18"/>
        </w:rPr>
        <w:t>.</w:t>
      </w:r>
    </w:p>
    <w:p w14:paraId="00240044" w14:textId="77777777" w:rsidR="00B122D1" w:rsidRPr="00154F30" w:rsidRDefault="00B122D1" w:rsidP="00B122D1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3B0ED9">
        <w:rPr>
          <w:rFonts w:ascii="Calibri" w:eastAsia="Times New Roman" w:hAnsi="Calibri" w:cs="Calibri"/>
          <w:b/>
          <w:bCs/>
          <w:color w:val="000000"/>
        </w:rPr>
        <w:t xml:space="preserve">Inhibit all tight muscles with </w:t>
      </w:r>
      <w:proofErr w:type="spellStart"/>
      <w:r w:rsidRPr="003B0ED9">
        <w:rPr>
          <w:rFonts w:ascii="Calibri" w:eastAsia="Times New Roman" w:hAnsi="Calibri" w:cs="Calibri"/>
          <w:b/>
          <w:bCs/>
          <w:color w:val="000000"/>
        </w:rPr>
        <w:t>Hypervolt</w:t>
      </w:r>
      <w:proofErr w:type="spellEnd"/>
      <w:r>
        <w:rPr>
          <w:rFonts w:ascii="Calibri" w:eastAsia="Times New Roman" w:hAnsi="Calibri" w:cs="Calibri"/>
          <w:color w:val="000000"/>
        </w:rPr>
        <w:t xml:space="preserve">: </w:t>
      </w:r>
      <w:r w:rsidRPr="00154F30">
        <w:rPr>
          <w:rFonts w:ascii="Calibri" w:eastAsia="Times New Roman" w:hAnsi="Calibri" w:cs="Calibri"/>
          <w:color w:val="000000"/>
        </w:rPr>
        <w:t xml:space="preserve"> particularly hip, glute, quad, adductors, hamstring, calf, </w:t>
      </w:r>
      <w:r>
        <w:rPr>
          <w:rFonts w:ascii="Calibri" w:eastAsia="Times New Roman" w:hAnsi="Calibri" w:cs="Calibri"/>
          <w:color w:val="000000"/>
        </w:rPr>
        <w:t xml:space="preserve">and </w:t>
      </w:r>
      <w:r w:rsidRPr="00154F30">
        <w:rPr>
          <w:rFonts w:ascii="Calibri" w:eastAsia="Times New Roman" w:hAnsi="Calibri" w:cs="Calibri"/>
          <w:color w:val="000000"/>
        </w:rPr>
        <w:t>back</w:t>
      </w:r>
    </w:p>
    <w:p w14:paraId="002ACF5A" w14:textId="77777777" w:rsidR="00B122D1" w:rsidRPr="00154F30" w:rsidRDefault="00B122D1" w:rsidP="00B122D1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5616E57" w14:textId="41A58038" w:rsidR="00B122D1" w:rsidRDefault="00B122D1" w:rsidP="00B122D1">
      <w:r>
        <w:t xml:space="preserve">My recommendation: </w:t>
      </w:r>
      <w:hyperlink r:id="rId7" w:history="1">
        <w:r w:rsidR="00976C01" w:rsidRPr="003039E4">
          <w:rPr>
            <w:rStyle w:val="Hyperlink"/>
          </w:rPr>
          <w:t>https://shop.lifetime.life/trainer/link/referral/trainerId/53949/</w:t>
        </w:r>
      </w:hyperlink>
    </w:p>
    <w:p w14:paraId="52CD0A1E" w14:textId="1695B341" w:rsidR="00976C01" w:rsidRDefault="00976C01" w:rsidP="00976C01">
      <w:pPr>
        <w:jc w:val="center"/>
        <w:rPr>
          <w:b/>
          <w:bCs/>
        </w:rPr>
      </w:pPr>
      <w:r w:rsidRPr="003B0ED9">
        <w:rPr>
          <w:noProof/>
        </w:rPr>
        <w:drawing>
          <wp:inline distT="0" distB="0" distL="0" distR="0" wp14:anchorId="080A8535" wp14:editId="16A4F0E6">
            <wp:extent cx="1027101" cy="819150"/>
            <wp:effectExtent l="0" t="0" r="1905" b="0"/>
            <wp:docPr id="675727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273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1417" cy="8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CD6C" w14:textId="59FF2621" w:rsidR="00B122D1" w:rsidRDefault="00976C01" w:rsidP="00B122D1">
      <w:pPr>
        <w:rPr>
          <w:b/>
          <w:bCs/>
        </w:rPr>
      </w:pPr>
      <w:r>
        <w:rPr>
          <w:b/>
          <w:bCs/>
        </w:rPr>
        <w:t>Utilize 15-30 grams of Generation U-CAN before working out. The Super starch or squeeze packets.</w:t>
      </w:r>
    </w:p>
    <w:p w14:paraId="62707B7A" w14:textId="77777777" w:rsidR="00B122D1" w:rsidRDefault="00B122D1" w:rsidP="00B122D1">
      <w:r>
        <w:t xml:space="preserve">My recommendation: </w:t>
      </w:r>
      <w:hyperlink r:id="rId9" w:history="1">
        <w:r w:rsidRPr="0097638E">
          <w:rPr>
            <w:rStyle w:val="Hyperlink"/>
          </w:rPr>
          <w:t>https://shop.lifetime.life/trainer/link/referral/trainerId/53949/</w:t>
        </w:r>
      </w:hyperlink>
      <w:r>
        <w:t xml:space="preserve"> </w:t>
      </w:r>
    </w:p>
    <w:p w14:paraId="76F621C5" w14:textId="77777777" w:rsidR="00976C01" w:rsidRDefault="00B122D1" w:rsidP="00B122D1">
      <w:pPr>
        <w:jc w:val="center"/>
      </w:pPr>
      <w:r>
        <w:t xml:space="preserve">                          </w:t>
      </w:r>
    </w:p>
    <w:p w14:paraId="027F595B" w14:textId="77777777" w:rsidR="00976C01" w:rsidRDefault="00976C01" w:rsidP="00B122D1">
      <w:pPr>
        <w:jc w:val="center"/>
      </w:pPr>
    </w:p>
    <w:p w14:paraId="4CA3DF88" w14:textId="28F6A8F6" w:rsidR="001B2842" w:rsidRDefault="00B122D1">
      <w:pPr>
        <w:jc w:val="center"/>
      </w:pPr>
      <w:r>
        <w:t xml:space="preserve">   </w:t>
      </w:r>
      <w:r w:rsidR="00976C01" w:rsidRPr="00976C01">
        <w:rPr>
          <w:noProof/>
        </w:rPr>
        <w:drawing>
          <wp:inline distT="0" distB="0" distL="0" distR="0" wp14:anchorId="00807C91" wp14:editId="5259361A">
            <wp:extent cx="954763" cy="885385"/>
            <wp:effectExtent l="0" t="0" r="0" b="0"/>
            <wp:docPr id="1064980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800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7746" cy="8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C01" w:rsidRPr="00976C01">
        <w:rPr>
          <w:noProof/>
        </w:rPr>
        <w:drawing>
          <wp:inline distT="0" distB="0" distL="0" distR="0" wp14:anchorId="2A053FB5" wp14:editId="2EC9CE5D">
            <wp:extent cx="847725" cy="868402"/>
            <wp:effectExtent l="0" t="0" r="0" b="8255"/>
            <wp:docPr id="213674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420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17" cy="8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84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80570309">
    <w:abstractNumId w:val="8"/>
  </w:num>
  <w:num w:numId="2" w16cid:durableId="649021304">
    <w:abstractNumId w:val="6"/>
  </w:num>
  <w:num w:numId="3" w16cid:durableId="1714034723">
    <w:abstractNumId w:val="5"/>
  </w:num>
  <w:num w:numId="4" w16cid:durableId="1913079107">
    <w:abstractNumId w:val="4"/>
  </w:num>
  <w:num w:numId="5" w16cid:durableId="907611295">
    <w:abstractNumId w:val="7"/>
  </w:num>
  <w:num w:numId="6" w16cid:durableId="2035187458">
    <w:abstractNumId w:val="3"/>
  </w:num>
  <w:num w:numId="7" w16cid:durableId="767846167">
    <w:abstractNumId w:val="2"/>
  </w:num>
  <w:num w:numId="8" w16cid:durableId="570770097">
    <w:abstractNumId w:val="1"/>
  </w:num>
  <w:num w:numId="9" w16cid:durableId="648246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B2842"/>
    <w:rsid w:val="001B2D06"/>
    <w:rsid w:val="0029639D"/>
    <w:rsid w:val="00326F90"/>
    <w:rsid w:val="003C2E34"/>
    <w:rsid w:val="00713542"/>
    <w:rsid w:val="00904990"/>
    <w:rsid w:val="00976C01"/>
    <w:rsid w:val="00AA1D8D"/>
    <w:rsid w:val="00B122D1"/>
    <w:rsid w:val="00B16916"/>
    <w:rsid w:val="00B47730"/>
    <w:rsid w:val="00B87FF1"/>
    <w:rsid w:val="00CB0664"/>
    <w:rsid w:val="00D5253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1E4329"/>
  <w14:defaultImageDpi w14:val="300"/>
  <w15:docId w15:val="{EAAE3C6F-FBB3-40DF-88E2-B5F6DF2D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122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shop.lifetime.life/trainer/link/referral/trainerId/53949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shop.lifetime.life/trainer/link/referral/trainerId/5394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Middleton</dc:creator>
  <cp:keywords/>
  <dc:description>generated by python-docx</dc:description>
  <cp:lastModifiedBy>Mike Middleton</cp:lastModifiedBy>
  <cp:revision>2</cp:revision>
  <dcterms:created xsi:type="dcterms:W3CDTF">2025-08-10T01:30:00Z</dcterms:created>
  <dcterms:modified xsi:type="dcterms:W3CDTF">2025-08-10T01:30:00Z</dcterms:modified>
  <cp:category/>
</cp:coreProperties>
</file>