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FA4E5" w14:textId="4352079C" w:rsidR="00840BE3" w:rsidRDefault="003B21CB">
      <w:pPr>
        <w:pStyle w:val="Title"/>
        <w:jc w:val="center"/>
      </w:pPr>
      <w:bookmarkStart w:id="0" w:name="_Hlk205390041"/>
      <w:bookmarkEnd w:id="0"/>
      <w:r>
        <w:t>Post Workout Recovery</w:t>
      </w:r>
    </w:p>
    <w:p w14:paraId="4A5F7537" w14:textId="0D40A916" w:rsidR="00840BE3" w:rsidRDefault="003B21CB" w:rsidP="003B21CB">
      <w:pPr>
        <w:jc w:val="center"/>
      </w:pPr>
      <w:r>
        <w:rPr>
          <w:noProof/>
        </w:rPr>
        <w:drawing>
          <wp:inline distT="0" distB="0" distL="0" distR="0" wp14:anchorId="04A3710F" wp14:editId="0D350B8B">
            <wp:extent cx="2047875" cy="833755"/>
            <wp:effectExtent l="0" t="0" r="9525" b="4445"/>
            <wp:docPr id="994551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51914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tbl>
      <w:tblPr>
        <w:tblStyle w:val="ColorfulList-Accent1"/>
        <w:tblW w:w="0" w:type="auto"/>
        <w:jc w:val="center"/>
        <w:tblLook w:val="04A0" w:firstRow="1" w:lastRow="0" w:firstColumn="1" w:lastColumn="0" w:noHBand="0" w:noVBand="1"/>
      </w:tblPr>
      <w:tblGrid>
        <w:gridCol w:w="1835"/>
        <w:gridCol w:w="1032"/>
        <w:gridCol w:w="1720"/>
        <w:gridCol w:w="3632"/>
      </w:tblGrid>
      <w:tr w:rsidR="00CB0F38" w14:paraId="6BD28139" w14:textId="77777777" w:rsidTr="00CB0F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  <w:shd w:val="clear" w:color="auto" w:fill="D9D9D9"/>
          </w:tcPr>
          <w:p w14:paraId="4B20A362" w14:textId="77777777" w:rsidR="00CB0F38" w:rsidRDefault="00CB0F38">
            <w:pPr>
              <w:jc w:val="center"/>
            </w:pPr>
            <w:r>
              <w:rPr>
                <w:rFonts w:ascii="Arial" w:hAnsi="Arial"/>
                <w:color w:val="000000"/>
                <w:sz w:val="20"/>
              </w:rPr>
              <w:t>Exercise</w:t>
            </w:r>
          </w:p>
        </w:tc>
        <w:tc>
          <w:tcPr>
            <w:tcW w:w="1032" w:type="dxa"/>
            <w:shd w:val="clear" w:color="auto" w:fill="D9D9D9"/>
          </w:tcPr>
          <w:p w14:paraId="3E28CFBA" w14:textId="77777777" w:rsidR="00CB0F38" w:rsidRDefault="00CB0F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Weight</w:t>
            </w:r>
          </w:p>
        </w:tc>
        <w:tc>
          <w:tcPr>
            <w:tcW w:w="1720" w:type="dxa"/>
            <w:shd w:val="clear" w:color="auto" w:fill="D9D9D9"/>
          </w:tcPr>
          <w:p w14:paraId="3EB5E657" w14:textId="77777777" w:rsidR="00CB0F38" w:rsidRDefault="00CB0F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Reps/Time</w:t>
            </w:r>
          </w:p>
        </w:tc>
        <w:tc>
          <w:tcPr>
            <w:tcW w:w="3632" w:type="dxa"/>
            <w:shd w:val="clear" w:color="auto" w:fill="D9D9D9"/>
          </w:tcPr>
          <w:p w14:paraId="6D442F2B" w14:textId="77777777" w:rsidR="00CB0F38" w:rsidRDefault="00CB0F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Coaching Notes</w:t>
            </w:r>
          </w:p>
        </w:tc>
      </w:tr>
      <w:tr w:rsidR="00CB0F38" w14:paraId="7C9C577E" w14:textId="77777777" w:rsidTr="00CB0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</w:tcPr>
          <w:p w14:paraId="05B46A9C" w14:textId="126E8995" w:rsidR="00CB0F38" w:rsidRDefault="00CB0F38" w:rsidP="00295199">
            <w:r>
              <w:rPr>
                <w:rFonts w:ascii="Arial" w:hAnsi="Arial"/>
                <w:color w:val="000000"/>
                <w:sz w:val="20"/>
              </w:rPr>
              <w:t>Hamstring Stretch</w:t>
            </w:r>
          </w:p>
        </w:tc>
        <w:tc>
          <w:tcPr>
            <w:tcW w:w="1032" w:type="dxa"/>
          </w:tcPr>
          <w:p w14:paraId="756AA2BC" w14:textId="771ACDDB" w:rsidR="00CB0F38" w:rsidRDefault="00CB0F38" w:rsidP="00295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BW</w:t>
            </w:r>
          </w:p>
        </w:tc>
        <w:tc>
          <w:tcPr>
            <w:tcW w:w="1720" w:type="dxa"/>
          </w:tcPr>
          <w:p w14:paraId="16F1EBC1" w14:textId="5875C287" w:rsidR="00CB0F38" w:rsidRDefault="00CB0F38" w:rsidP="00295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20 sec each</w:t>
            </w:r>
          </w:p>
        </w:tc>
        <w:tc>
          <w:tcPr>
            <w:tcW w:w="3632" w:type="dxa"/>
          </w:tcPr>
          <w:p w14:paraId="19FC3C27" w14:textId="40C414F5" w:rsidR="00CB0F38" w:rsidRDefault="00CB0F38" w:rsidP="00295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Start in a seated position with legs spread. Stretch right, left and middle</w:t>
            </w:r>
          </w:p>
        </w:tc>
      </w:tr>
      <w:tr w:rsidR="00CB0F38" w14:paraId="6CDD270C" w14:textId="77777777" w:rsidTr="00CB0F38">
        <w:trPr>
          <w:trHeight w:val="10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</w:tcPr>
          <w:p w14:paraId="14D566E0" w14:textId="2EDA43B9" w:rsidR="00CB0F38" w:rsidRDefault="00CB0F38" w:rsidP="00295199">
            <w:r>
              <w:rPr>
                <w:rFonts w:ascii="Arial" w:hAnsi="Arial"/>
                <w:color w:val="000000"/>
                <w:sz w:val="20"/>
              </w:rPr>
              <w:t>Hollywood stretch</w:t>
            </w:r>
          </w:p>
        </w:tc>
        <w:tc>
          <w:tcPr>
            <w:tcW w:w="1032" w:type="dxa"/>
          </w:tcPr>
          <w:p w14:paraId="59D85AA4" w14:textId="646E8E54" w:rsidR="00CB0F38" w:rsidRDefault="00CB0F38" w:rsidP="00295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BW</w:t>
            </w:r>
          </w:p>
        </w:tc>
        <w:tc>
          <w:tcPr>
            <w:tcW w:w="1720" w:type="dxa"/>
          </w:tcPr>
          <w:p w14:paraId="5C1A396A" w14:textId="7EF4AFCD" w:rsidR="00CB0F38" w:rsidRDefault="00CB0F38" w:rsidP="00295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20 sec each</w:t>
            </w:r>
          </w:p>
        </w:tc>
        <w:tc>
          <w:tcPr>
            <w:tcW w:w="3632" w:type="dxa"/>
          </w:tcPr>
          <w:p w14:paraId="70CFBEF1" w14:textId="3354ACED" w:rsidR="00CB0F38" w:rsidRDefault="00CB0F38" w:rsidP="00295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Sit, legs straight in front, cross one leg over the other (foot flat), rotate torso to same side to stretch back, use arms to support</w:t>
            </w:r>
          </w:p>
        </w:tc>
      </w:tr>
      <w:tr w:rsidR="00CB0F38" w14:paraId="41E83143" w14:textId="77777777" w:rsidTr="00CB0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</w:tcPr>
          <w:p w14:paraId="7B2FEF2B" w14:textId="6CF65F0B" w:rsidR="00CB0F38" w:rsidRDefault="00CB0F38">
            <w:r>
              <w:rPr>
                <w:rFonts w:ascii="Arial" w:hAnsi="Arial"/>
                <w:color w:val="000000"/>
                <w:sz w:val="20"/>
              </w:rPr>
              <w:t>Glute Stretch</w:t>
            </w:r>
          </w:p>
        </w:tc>
        <w:tc>
          <w:tcPr>
            <w:tcW w:w="1032" w:type="dxa"/>
          </w:tcPr>
          <w:p w14:paraId="78F72F8A" w14:textId="77777777" w:rsidR="00CB0F38" w:rsidRDefault="00CB0F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BW</w:t>
            </w:r>
          </w:p>
        </w:tc>
        <w:tc>
          <w:tcPr>
            <w:tcW w:w="1720" w:type="dxa"/>
          </w:tcPr>
          <w:p w14:paraId="3DE7C921" w14:textId="01A967FA" w:rsidR="00CB0F38" w:rsidRDefault="00CB0F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20 sec each</w:t>
            </w:r>
          </w:p>
        </w:tc>
        <w:tc>
          <w:tcPr>
            <w:tcW w:w="3632" w:type="dxa"/>
          </w:tcPr>
          <w:p w14:paraId="444FBBE6" w14:textId="395B0EFA" w:rsidR="00CB0F38" w:rsidRDefault="00CB0F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 xml:space="preserve">Lie on your back, cross your right ankle over left thigh, bring both legs towards your chest grabbing the back of your thigh. </w:t>
            </w:r>
          </w:p>
        </w:tc>
      </w:tr>
      <w:tr w:rsidR="00CB0F38" w14:paraId="6EA1D0D0" w14:textId="77777777" w:rsidTr="00CB0F38">
        <w:trPr>
          <w:trHeight w:val="10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</w:tcPr>
          <w:p w14:paraId="03B69CE1" w14:textId="0BC487C1" w:rsidR="00CB0F38" w:rsidRDefault="00CB0F38" w:rsidP="003E5BC5">
            <w:r>
              <w:rPr>
                <w:rFonts w:ascii="Arial" w:hAnsi="Arial"/>
                <w:color w:val="000000"/>
                <w:sz w:val="20"/>
              </w:rPr>
              <w:t>Supine Spine Twist</w:t>
            </w:r>
          </w:p>
        </w:tc>
        <w:tc>
          <w:tcPr>
            <w:tcW w:w="1032" w:type="dxa"/>
          </w:tcPr>
          <w:p w14:paraId="0FAD066F" w14:textId="16AD9C30" w:rsidR="00CB0F38" w:rsidRDefault="00CB0F38" w:rsidP="003E5B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BW</w:t>
            </w:r>
          </w:p>
        </w:tc>
        <w:tc>
          <w:tcPr>
            <w:tcW w:w="1720" w:type="dxa"/>
          </w:tcPr>
          <w:p w14:paraId="7BDC879E" w14:textId="78AB22F5" w:rsidR="00CB0F38" w:rsidRDefault="00CB0F38" w:rsidP="003E5B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20 sec each</w:t>
            </w:r>
          </w:p>
        </w:tc>
        <w:tc>
          <w:tcPr>
            <w:tcW w:w="3632" w:type="dxa"/>
          </w:tcPr>
          <w:p w14:paraId="32407A55" w14:textId="6727569D" w:rsidR="00CB0F38" w:rsidRDefault="00CB0F38" w:rsidP="003E5B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 xml:space="preserve">Lie on your back, extend your arms to make a “T” bring one leg up and over until on floor. Keep shoulders down </w:t>
            </w:r>
          </w:p>
        </w:tc>
      </w:tr>
      <w:tr w:rsidR="00CB0F38" w14:paraId="3615A850" w14:textId="77777777" w:rsidTr="00CB0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</w:tcPr>
          <w:p w14:paraId="50D4B5C5" w14:textId="6312FBAB" w:rsidR="00CB0F38" w:rsidRDefault="00CB0F38">
            <w:proofErr w:type="spellStart"/>
            <w:r>
              <w:rPr>
                <w:rFonts w:ascii="Arial" w:hAnsi="Arial"/>
                <w:color w:val="000000"/>
                <w:sz w:val="20"/>
              </w:rPr>
              <w:t>Sidelying</w:t>
            </w:r>
            <w:proofErr w:type="spellEnd"/>
            <w:r>
              <w:rPr>
                <w:rFonts w:ascii="Arial" w:hAnsi="Arial"/>
                <w:color w:val="000000"/>
                <w:sz w:val="20"/>
              </w:rPr>
              <w:t xml:space="preserve"> Quad Stretch</w:t>
            </w:r>
          </w:p>
        </w:tc>
        <w:tc>
          <w:tcPr>
            <w:tcW w:w="1032" w:type="dxa"/>
          </w:tcPr>
          <w:p w14:paraId="0B4E2A4D" w14:textId="77777777" w:rsidR="00CB0F38" w:rsidRDefault="00CB0F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BW</w:t>
            </w:r>
          </w:p>
        </w:tc>
        <w:tc>
          <w:tcPr>
            <w:tcW w:w="1720" w:type="dxa"/>
          </w:tcPr>
          <w:p w14:paraId="50B97662" w14:textId="660BD2DB" w:rsidR="00CB0F38" w:rsidRDefault="00CB0F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20 sec each</w:t>
            </w:r>
          </w:p>
        </w:tc>
        <w:tc>
          <w:tcPr>
            <w:tcW w:w="3632" w:type="dxa"/>
          </w:tcPr>
          <w:p w14:paraId="61167865" w14:textId="378C1161" w:rsidR="00CB0F38" w:rsidRDefault="00CB0F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Arial" w:hAnsi="Arial"/>
                <w:color w:val="000000"/>
                <w:sz w:val="20"/>
              </w:rPr>
              <w:t>Sidelying</w:t>
            </w:r>
            <w:proofErr w:type="spellEnd"/>
            <w:r>
              <w:rPr>
                <w:rFonts w:ascii="Arial" w:hAnsi="Arial"/>
                <w:color w:val="000000"/>
                <w:sz w:val="20"/>
              </w:rPr>
              <w:t xml:space="preserve">, grab your ankle and bend top leg toward </w:t>
            </w:r>
            <w:proofErr w:type="gramStart"/>
            <w:r>
              <w:rPr>
                <w:rFonts w:ascii="Arial" w:hAnsi="Arial"/>
                <w:color w:val="000000"/>
                <w:sz w:val="20"/>
              </w:rPr>
              <w:t>your  buttocks</w:t>
            </w:r>
            <w:proofErr w:type="gramEnd"/>
            <w:r>
              <w:rPr>
                <w:rFonts w:ascii="Arial" w:hAnsi="Arial"/>
                <w:color w:val="000000"/>
                <w:sz w:val="20"/>
              </w:rPr>
              <w:t>. Hold stretch – roll over onto your back for deeper stretch</w:t>
            </w:r>
          </w:p>
        </w:tc>
      </w:tr>
      <w:tr w:rsidR="00CB0F38" w14:paraId="6640CC44" w14:textId="77777777" w:rsidTr="00CB0F38">
        <w:trPr>
          <w:trHeight w:val="10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</w:tcPr>
          <w:p w14:paraId="77E6D4EF" w14:textId="28EAD0A0" w:rsidR="00CB0F38" w:rsidRDefault="00CB0F38" w:rsidP="00F067B2">
            <w:r>
              <w:rPr>
                <w:rFonts w:ascii="Arial" w:hAnsi="Arial"/>
                <w:color w:val="000000"/>
                <w:sz w:val="20"/>
              </w:rPr>
              <w:t>90/90 stretches</w:t>
            </w:r>
          </w:p>
        </w:tc>
        <w:tc>
          <w:tcPr>
            <w:tcW w:w="1032" w:type="dxa"/>
          </w:tcPr>
          <w:p w14:paraId="6D83C6CA" w14:textId="53525C3F" w:rsidR="00CB0F38" w:rsidRDefault="00CB0F38" w:rsidP="00F067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BW</w:t>
            </w:r>
          </w:p>
        </w:tc>
        <w:tc>
          <w:tcPr>
            <w:tcW w:w="1720" w:type="dxa"/>
          </w:tcPr>
          <w:p w14:paraId="736E17DC" w14:textId="19A9B9BA" w:rsidR="00CB0F38" w:rsidRDefault="00CB0F38" w:rsidP="00F067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20 sec</w:t>
            </w:r>
          </w:p>
        </w:tc>
        <w:tc>
          <w:tcPr>
            <w:tcW w:w="3632" w:type="dxa"/>
          </w:tcPr>
          <w:p w14:paraId="5C98A00C" w14:textId="79C2E289" w:rsidR="00CB0F38" w:rsidRDefault="00CB0F38" w:rsidP="00F067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 xml:space="preserve">Form </w:t>
            </w:r>
            <w:proofErr w:type="gramStart"/>
            <w:r>
              <w:rPr>
                <w:rFonts w:ascii="Arial" w:hAnsi="Arial"/>
                <w:color w:val="000000"/>
                <w:sz w:val="20"/>
              </w:rPr>
              <w:t>90 degree</w:t>
            </w:r>
            <w:proofErr w:type="gramEnd"/>
            <w:r>
              <w:rPr>
                <w:rFonts w:ascii="Arial" w:hAnsi="Arial"/>
                <w:color w:val="000000"/>
                <w:sz w:val="20"/>
              </w:rPr>
              <w:t xml:space="preserve"> angle with both legs. Hinge forward (hold) rotate right (hold) rotate left (hold) switch sides</w:t>
            </w:r>
          </w:p>
        </w:tc>
      </w:tr>
      <w:tr w:rsidR="00CB0F38" w14:paraId="573F9FD0" w14:textId="77777777" w:rsidTr="00CB0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</w:tcPr>
          <w:p w14:paraId="5EE939B9" w14:textId="77777777" w:rsidR="00CB0F38" w:rsidRDefault="00CB0F38" w:rsidP="00F067B2">
            <w:r>
              <w:rPr>
                <w:rFonts w:ascii="Arial" w:hAnsi="Arial"/>
                <w:color w:val="000000"/>
                <w:sz w:val="20"/>
              </w:rPr>
              <w:t>Cobra</w:t>
            </w:r>
          </w:p>
        </w:tc>
        <w:tc>
          <w:tcPr>
            <w:tcW w:w="1032" w:type="dxa"/>
          </w:tcPr>
          <w:p w14:paraId="34585310" w14:textId="77777777" w:rsidR="00CB0F38" w:rsidRDefault="00CB0F38" w:rsidP="00F067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BW</w:t>
            </w:r>
          </w:p>
        </w:tc>
        <w:tc>
          <w:tcPr>
            <w:tcW w:w="1720" w:type="dxa"/>
          </w:tcPr>
          <w:p w14:paraId="3B775305" w14:textId="77777777" w:rsidR="00CB0F38" w:rsidRDefault="00CB0F38" w:rsidP="00F067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20 sec</w:t>
            </w:r>
          </w:p>
        </w:tc>
        <w:tc>
          <w:tcPr>
            <w:tcW w:w="3632" w:type="dxa"/>
          </w:tcPr>
          <w:p w14:paraId="2AE611A5" w14:textId="77777777" w:rsidR="00CB0F38" w:rsidRDefault="00CB0F38" w:rsidP="00F067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Lie on stomach, keeping hips down, use arms to push chest awar from ground, relax abs and back, breath….</w:t>
            </w:r>
          </w:p>
        </w:tc>
      </w:tr>
      <w:tr w:rsidR="00CB0F38" w14:paraId="25EF0CEB" w14:textId="77777777" w:rsidTr="00CB0F38">
        <w:trPr>
          <w:trHeight w:val="1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</w:tcPr>
          <w:p w14:paraId="706B9540" w14:textId="77777777" w:rsidR="00CB0F38" w:rsidRDefault="00CB0F38" w:rsidP="00F067B2">
            <w:r>
              <w:rPr>
                <w:rFonts w:ascii="Arial" w:hAnsi="Arial"/>
                <w:color w:val="000000"/>
                <w:sz w:val="20"/>
              </w:rPr>
              <w:t>Calf Stretch</w:t>
            </w:r>
          </w:p>
        </w:tc>
        <w:tc>
          <w:tcPr>
            <w:tcW w:w="1032" w:type="dxa"/>
          </w:tcPr>
          <w:p w14:paraId="6A49B262" w14:textId="77777777" w:rsidR="00CB0F38" w:rsidRDefault="00CB0F38" w:rsidP="00F067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BW</w:t>
            </w:r>
          </w:p>
        </w:tc>
        <w:tc>
          <w:tcPr>
            <w:tcW w:w="1720" w:type="dxa"/>
          </w:tcPr>
          <w:p w14:paraId="284D3671" w14:textId="77777777" w:rsidR="00CB0F38" w:rsidRDefault="00CB0F38" w:rsidP="00F067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>20 sec</w:t>
            </w:r>
          </w:p>
        </w:tc>
        <w:tc>
          <w:tcPr>
            <w:tcW w:w="3632" w:type="dxa"/>
          </w:tcPr>
          <w:p w14:paraId="4ABBE939" w14:textId="77777777" w:rsidR="00CB0F38" w:rsidRDefault="00CB0F38" w:rsidP="00F067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000000"/>
                <w:sz w:val="20"/>
              </w:rPr>
              <w:t xml:space="preserve">Hands on floor, one leg back with knee </w:t>
            </w:r>
            <w:proofErr w:type="gramStart"/>
            <w:r>
              <w:rPr>
                <w:rFonts w:ascii="Arial" w:hAnsi="Arial"/>
                <w:color w:val="000000"/>
                <w:sz w:val="20"/>
              </w:rPr>
              <w:t>straight  heel</w:t>
            </w:r>
            <w:proofErr w:type="gramEnd"/>
            <w:r>
              <w:rPr>
                <w:rFonts w:ascii="Arial" w:hAnsi="Arial"/>
                <w:color w:val="000000"/>
                <w:sz w:val="20"/>
              </w:rPr>
              <w:t xml:space="preserve"> flat on floor, the other leg crossed, bend knee to stretch achilies</w:t>
            </w:r>
          </w:p>
        </w:tc>
      </w:tr>
    </w:tbl>
    <w:p w14:paraId="3F491124" w14:textId="77777777" w:rsidR="00CB0F38" w:rsidRDefault="00000000" w:rsidP="00D66661">
      <w:pPr>
        <w:rPr>
          <w:rFonts w:ascii="Calibri" w:eastAsia="Times New Roman" w:hAnsi="Calibri" w:cs="Calibri"/>
          <w:color w:val="000000"/>
        </w:rPr>
      </w:pPr>
      <w:r>
        <w:br/>
      </w:r>
    </w:p>
    <w:p w14:paraId="7523FCBB" w14:textId="77777777" w:rsidR="00CB0F38" w:rsidRDefault="00CB0F38" w:rsidP="00D66661">
      <w:pPr>
        <w:rPr>
          <w:rFonts w:ascii="Calibri" w:eastAsia="Times New Roman" w:hAnsi="Calibri" w:cs="Calibri"/>
          <w:color w:val="000000"/>
        </w:rPr>
      </w:pPr>
    </w:p>
    <w:p w14:paraId="4AB847A6" w14:textId="71940F2A" w:rsidR="00154F30" w:rsidRDefault="00154F30" w:rsidP="00D66661">
      <w:pPr>
        <w:rPr>
          <w:rFonts w:ascii="Calibri" w:eastAsia="Times New Roman" w:hAnsi="Calibri" w:cs="Calibri"/>
          <w:color w:val="000000"/>
        </w:rPr>
      </w:pPr>
      <w:r w:rsidRPr="00154F30">
        <w:rPr>
          <w:rFonts w:ascii="Calibri" w:eastAsia="Times New Roman" w:hAnsi="Calibri" w:cs="Calibri"/>
          <w:color w:val="000000"/>
        </w:rPr>
        <w:lastRenderedPageBreak/>
        <w:t xml:space="preserve">This routine is designed to lengthen over active muscles and create optimum recovery and </w:t>
      </w:r>
      <w:r>
        <w:rPr>
          <w:rFonts w:ascii="Calibri" w:eastAsia="Times New Roman" w:hAnsi="Calibri" w:cs="Calibri"/>
          <w:color w:val="000000"/>
        </w:rPr>
        <w:t>restore f</w:t>
      </w:r>
      <w:r w:rsidRPr="00154F30">
        <w:rPr>
          <w:rFonts w:ascii="Calibri" w:eastAsia="Times New Roman" w:hAnsi="Calibri" w:cs="Calibri"/>
          <w:color w:val="000000"/>
        </w:rPr>
        <w:t>unction</w:t>
      </w:r>
      <w:r w:rsidR="003B0ED9">
        <w:rPr>
          <w:rFonts w:ascii="Calibri" w:eastAsia="Times New Roman" w:hAnsi="Calibri" w:cs="Calibri"/>
          <w:color w:val="000000"/>
        </w:rPr>
        <w:t xml:space="preserve">. For optimal results, utilize </w:t>
      </w:r>
      <w:proofErr w:type="spellStart"/>
      <w:r w:rsidR="003B0ED9">
        <w:rPr>
          <w:rFonts w:ascii="Calibri" w:eastAsia="Times New Roman" w:hAnsi="Calibri" w:cs="Calibri"/>
          <w:color w:val="000000"/>
        </w:rPr>
        <w:t>Hypervolt</w:t>
      </w:r>
      <w:proofErr w:type="spellEnd"/>
      <w:r w:rsidR="003B0ED9">
        <w:rPr>
          <w:rFonts w:ascii="Calibri" w:eastAsia="Times New Roman" w:hAnsi="Calibri" w:cs="Calibri"/>
          <w:color w:val="000000"/>
        </w:rPr>
        <w:t xml:space="preserve"> before and after workout.</w:t>
      </w:r>
    </w:p>
    <w:p w14:paraId="5C259CCF" w14:textId="7DBCC39C" w:rsidR="00154F30" w:rsidRDefault="00154F30" w:rsidP="00154F30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E37453C" w14:textId="5C3A8E6C" w:rsidR="00154F30" w:rsidRPr="00154F30" w:rsidRDefault="003B0ED9" w:rsidP="00154F30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3B0ED9">
        <w:rPr>
          <w:rFonts w:ascii="Calibri" w:eastAsia="Times New Roman" w:hAnsi="Calibri" w:cs="Calibri"/>
          <w:b/>
          <w:bCs/>
          <w:color w:val="000000"/>
        </w:rPr>
        <w:t>I</w:t>
      </w:r>
      <w:r w:rsidR="00154F30" w:rsidRPr="003B0ED9">
        <w:rPr>
          <w:rFonts w:ascii="Calibri" w:eastAsia="Times New Roman" w:hAnsi="Calibri" w:cs="Calibri"/>
          <w:b/>
          <w:bCs/>
          <w:color w:val="000000"/>
        </w:rPr>
        <w:t xml:space="preserve">nhibit all tight muscles with </w:t>
      </w:r>
      <w:proofErr w:type="spellStart"/>
      <w:r w:rsidR="00154F30" w:rsidRPr="003B0ED9">
        <w:rPr>
          <w:rFonts w:ascii="Calibri" w:eastAsia="Times New Roman" w:hAnsi="Calibri" w:cs="Calibri"/>
          <w:b/>
          <w:bCs/>
          <w:color w:val="000000"/>
        </w:rPr>
        <w:t>Hypervolt</w:t>
      </w:r>
      <w:proofErr w:type="spellEnd"/>
      <w:r w:rsidR="00154F30">
        <w:rPr>
          <w:rFonts w:ascii="Calibri" w:eastAsia="Times New Roman" w:hAnsi="Calibri" w:cs="Calibri"/>
          <w:color w:val="000000"/>
        </w:rPr>
        <w:t xml:space="preserve">: </w:t>
      </w:r>
      <w:r w:rsidR="00154F30" w:rsidRPr="00154F30">
        <w:rPr>
          <w:rFonts w:ascii="Calibri" w:eastAsia="Times New Roman" w:hAnsi="Calibri" w:cs="Calibri"/>
          <w:color w:val="000000"/>
        </w:rPr>
        <w:t xml:space="preserve"> particularly hip, glute, quad, adductors, hamstring, calf, </w:t>
      </w:r>
      <w:r>
        <w:rPr>
          <w:rFonts w:ascii="Calibri" w:eastAsia="Times New Roman" w:hAnsi="Calibri" w:cs="Calibri"/>
          <w:color w:val="000000"/>
        </w:rPr>
        <w:t xml:space="preserve">and </w:t>
      </w:r>
      <w:r w:rsidR="00154F30" w:rsidRPr="00154F30">
        <w:rPr>
          <w:rFonts w:ascii="Calibri" w:eastAsia="Times New Roman" w:hAnsi="Calibri" w:cs="Calibri"/>
          <w:color w:val="000000"/>
        </w:rPr>
        <w:t>back</w:t>
      </w:r>
    </w:p>
    <w:p w14:paraId="7FC3052E" w14:textId="72DF6827" w:rsidR="00154F30" w:rsidRPr="00154F30" w:rsidRDefault="00154F30" w:rsidP="00154F30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19E0E555" w14:textId="70C32765" w:rsidR="00154F30" w:rsidRDefault="00154F30">
      <w:r>
        <w:t>My recommendation:</w:t>
      </w:r>
      <w:r w:rsidR="002F4A27">
        <w:t xml:space="preserve"> </w:t>
      </w:r>
      <w:hyperlink r:id="rId7" w:history="1">
        <w:r w:rsidR="002F4A27" w:rsidRPr="003039E4">
          <w:rPr>
            <w:rStyle w:val="Hyperlink"/>
          </w:rPr>
          <w:t>https://shop.lifetime.life/trainer/link/referral/trainerId/53949/</w:t>
        </w:r>
      </w:hyperlink>
      <w:r w:rsidR="002F4A27">
        <w:t xml:space="preserve"> </w:t>
      </w:r>
    </w:p>
    <w:p w14:paraId="7C1D627C" w14:textId="09CB5012" w:rsidR="003B0ED9" w:rsidRDefault="00D66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9D77F5" wp14:editId="55A9AA31">
                <wp:simplePos x="0" y="0"/>
                <wp:positionH relativeFrom="page">
                  <wp:posOffset>3162300</wp:posOffset>
                </wp:positionH>
                <wp:positionV relativeFrom="paragraph">
                  <wp:posOffset>12700</wp:posOffset>
                </wp:positionV>
                <wp:extent cx="1219200" cy="923925"/>
                <wp:effectExtent l="0" t="0" r="0" b="9525"/>
                <wp:wrapSquare wrapText="bothSides"/>
                <wp:docPr id="1639031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B2346" w14:textId="0A52C610" w:rsidR="003B0ED9" w:rsidRDefault="003B0ED9" w:rsidP="003B0ED9">
                            <w:r w:rsidRPr="003B0ED9">
                              <w:rPr>
                                <w:noProof/>
                              </w:rPr>
                              <w:drawing>
                                <wp:inline distT="0" distB="0" distL="0" distR="0" wp14:anchorId="24850AA9" wp14:editId="716DC04F">
                                  <wp:extent cx="1027101" cy="819150"/>
                                  <wp:effectExtent l="0" t="0" r="1905" b="0"/>
                                  <wp:docPr id="67572737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5727375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417" cy="822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D77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pt;margin-top:1pt;width:96pt;height:7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" stroked="f">
                <v:textbox>
                  <w:txbxContent>
                    <w:p w14:paraId="4BDB2346" w14:textId="0A52C610" w:rsidR="003B0ED9" w:rsidRDefault="003B0ED9" w:rsidP="003B0ED9">
                      <w:r w:rsidRPr="003B0ED9">
                        <w:rPr>
                          <w:noProof/>
                        </w:rPr>
                        <w:drawing>
                          <wp:inline distT="0" distB="0" distL="0" distR="0" wp14:anchorId="24850AA9" wp14:editId="716DC04F">
                            <wp:extent cx="1027101" cy="819150"/>
                            <wp:effectExtent l="0" t="0" r="1905" b="0"/>
                            <wp:docPr id="67572737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5727375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417" cy="822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448EB2" w14:textId="77777777" w:rsidR="003B0ED9" w:rsidRDefault="003B0ED9"/>
    <w:p w14:paraId="7E306027" w14:textId="77777777" w:rsidR="003B0ED9" w:rsidRDefault="003B0ED9"/>
    <w:p w14:paraId="255B033B" w14:textId="77777777" w:rsidR="003B0ED9" w:rsidRDefault="003B0ED9"/>
    <w:p w14:paraId="4949B145" w14:textId="77777777" w:rsidR="00D66661" w:rsidRDefault="00D66661">
      <w:pPr>
        <w:rPr>
          <w:b/>
          <w:bCs/>
        </w:rPr>
      </w:pPr>
      <w:r w:rsidRPr="00D66661">
        <w:rPr>
          <w:b/>
          <w:bCs/>
        </w:rPr>
        <w:t>Recover with 30 grams of protein within 45-minutes of your workout</w:t>
      </w:r>
    </w:p>
    <w:p w14:paraId="39045032" w14:textId="114FB29D" w:rsidR="00D66661" w:rsidRDefault="00D66661">
      <w:r>
        <w:t xml:space="preserve">My recommendation: </w:t>
      </w:r>
      <w:hyperlink r:id="rId9" w:history="1">
        <w:r w:rsidRPr="0097638E">
          <w:rPr>
            <w:rStyle w:val="Hyperlink"/>
          </w:rPr>
          <w:t>https://shop.lifetime.life/trainer/link/referral/trainerId/53949/</w:t>
        </w:r>
      </w:hyperlink>
      <w:r w:rsidR="002F4A27">
        <w:t xml:space="preserve"> </w:t>
      </w:r>
    </w:p>
    <w:p w14:paraId="26C95643" w14:textId="36C88038" w:rsidR="002F4A27" w:rsidRDefault="00D66661" w:rsidP="00D66661">
      <w:pPr>
        <w:jc w:val="center"/>
      </w:pPr>
      <w:r>
        <w:t xml:space="preserve">                             </w:t>
      </w:r>
      <w:r w:rsidR="003B0ED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7EA13D" wp14:editId="0C84A38B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219200" cy="12477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AB311" w14:textId="44EBB9FD" w:rsidR="002F4A27" w:rsidRDefault="00D66661">
                            <w:r w:rsidRPr="002F4A27">
                              <w:rPr>
                                <w:noProof/>
                              </w:rPr>
                              <w:drawing>
                                <wp:inline distT="0" distB="0" distL="0" distR="0" wp14:anchorId="224AE9FE" wp14:editId="74097491">
                                  <wp:extent cx="1027430" cy="887432"/>
                                  <wp:effectExtent l="0" t="0" r="1270" b="8255"/>
                                  <wp:docPr id="11472367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236758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430" cy="887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A13D" id="_x0000_s1027" type="#_x0000_t202" style="position:absolute;left:0;text-align:left;margin-left:0;margin-top:.45pt;width:96pt;height:98.2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" stroked="f">
                <v:textbox>
                  <w:txbxContent>
                    <w:p w14:paraId="311AB311" w14:textId="44EBB9FD" w:rsidR="002F4A27" w:rsidRDefault="00D66661">
                      <w:r w:rsidRPr="002F4A27">
                        <w:rPr>
                          <w:noProof/>
                        </w:rPr>
                        <w:drawing>
                          <wp:inline distT="0" distB="0" distL="0" distR="0" wp14:anchorId="224AE9FE" wp14:editId="74097491">
                            <wp:extent cx="1027430" cy="887432"/>
                            <wp:effectExtent l="0" t="0" r="1270" b="8255"/>
                            <wp:docPr id="11472367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236758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7430" cy="887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8C160E" w14:textId="77777777" w:rsidR="00D66661" w:rsidRDefault="00D66661">
      <w:pPr>
        <w:jc w:val="center"/>
      </w:pPr>
    </w:p>
    <w:p w14:paraId="3E160226" w14:textId="77777777" w:rsidR="00D66661" w:rsidRDefault="00D66661">
      <w:pPr>
        <w:jc w:val="center"/>
      </w:pPr>
    </w:p>
    <w:p w14:paraId="5BAE81E0" w14:textId="6988CC2E" w:rsidR="00840BE3" w:rsidRDefault="00840BE3">
      <w:pPr>
        <w:jc w:val="center"/>
      </w:pPr>
    </w:p>
    <w:sectPr w:rsidR="00840BE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7115396">
    <w:abstractNumId w:val="8"/>
  </w:num>
  <w:num w:numId="2" w16cid:durableId="1014452012">
    <w:abstractNumId w:val="6"/>
  </w:num>
  <w:num w:numId="3" w16cid:durableId="1932424551">
    <w:abstractNumId w:val="5"/>
  </w:num>
  <w:num w:numId="4" w16cid:durableId="213128989">
    <w:abstractNumId w:val="4"/>
  </w:num>
  <w:num w:numId="5" w16cid:durableId="1865634877">
    <w:abstractNumId w:val="7"/>
  </w:num>
  <w:num w:numId="6" w16cid:durableId="1025716115">
    <w:abstractNumId w:val="3"/>
  </w:num>
  <w:num w:numId="7" w16cid:durableId="1869491947">
    <w:abstractNumId w:val="2"/>
  </w:num>
  <w:num w:numId="8" w16cid:durableId="601496950">
    <w:abstractNumId w:val="1"/>
  </w:num>
  <w:num w:numId="9" w16cid:durableId="1112167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54F30"/>
    <w:rsid w:val="001B53C7"/>
    <w:rsid w:val="001D1AAE"/>
    <w:rsid w:val="00295199"/>
    <w:rsid w:val="0029639D"/>
    <w:rsid w:val="002F4A27"/>
    <w:rsid w:val="00326F90"/>
    <w:rsid w:val="003B0ED9"/>
    <w:rsid w:val="003B21CB"/>
    <w:rsid w:val="003E5BC5"/>
    <w:rsid w:val="00401950"/>
    <w:rsid w:val="00814CA0"/>
    <w:rsid w:val="008357E9"/>
    <w:rsid w:val="00840BE3"/>
    <w:rsid w:val="00A94EC0"/>
    <w:rsid w:val="00AA1D8D"/>
    <w:rsid w:val="00B47730"/>
    <w:rsid w:val="00CB0664"/>
    <w:rsid w:val="00CB0F38"/>
    <w:rsid w:val="00D66661"/>
    <w:rsid w:val="00E6069E"/>
    <w:rsid w:val="00F067B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A6AC37"/>
  <w14:defaultImageDpi w14:val="300"/>
  <w15:docId w15:val="{C73757EA-72C7-4298-B527-C551D3D1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2F4A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4A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4A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shop.lifetime.life/trainer/link/referral/trainerId/53949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shop.lifetime.life/trainer/link/referral/trainerId/5394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Middleton</dc:creator>
  <cp:keywords/>
  <dc:description>generated by python-docx</dc:description>
  <cp:lastModifiedBy>Mike Middleton</cp:lastModifiedBy>
  <cp:revision>2</cp:revision>
  <dcterms:created xsi:type="dcterms:W3CDTF">2025-08-10T01:35:00Z</dcterms:created>
  <dcterms:modified xsi:type="dcterms:W3CDTF">2025-08-10T01:35:00Z</dcterms:modified>
  <cp:category/>
</cp:coreProperties>
</file>